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47D" w:rsidRPr="00A1255A" w:rsidRDefault="00A1255A">
      <w:pPr>
        <w:spacing w:after="100" w:line="240" w:lineRule="auto"/>
        <w:jc w:val="center"/>
        <w:rPr>
          <w:sz w:val="24"/>
          <w:szCs w:val="24"/>
        </w:rPr>
      </w:pPr>
      <w:r w:rsidRPr="00A1255A">
        <w:rPr>
          <w:b/>
          <w:sz w:val="24"/>
          <w:szCs w:val="24"/>
        </w:rPr>
        <w:t>MUĞLA SITKI KOÇMAN UNIVERSITY</w:t>
      </w:r>
    </w:p>
    <w:p w:rsidR="00DB647D" w:rsidRPr="00A1255A" w:rsidRDefault="00D75EA6" w:rsidP="00D75EA6">
      <w:pPr>
        <w:spacing w:after="100" w:line="240" w:lineRule="auto"/>
        <w:jc w:val="center"/>
        <w:rPr>
          <w:sz w:val="24"/>
          <w:szCs w:val="24"/>
        </w:rPr>
      </w:pPr>
      <w:r w:rsidRPr="00A1255A">
        <w:rPr>
          <w:b/>
          <w:sz w:val="24"/>
          <w:szCs w:val="24"/>
        </w:rPr>
        <w:t>TO THE DEAN OF THE FACULTY OF LETTERS</w:t>
      </w:r>
    </w:p>
    <w:p w:rsidR="0058169F" w:rsidRPr="00A1255A" w:rsidRDefault="0058169F">
      <w:pPr>
        <w:spacing w:after="100" w:line="240" w:lineRule="auto"/>
        <w:rPr>
          <w:sz w:val="24"/>
          <w:szCs w:val="24"/>
        </w:rPr>
      </w:pPr>
      <w:r w:rsidRPr="00A1255A">
        <w:rPr>
          <w:sz w:val="24"/>
          <w:szCs w:val="24"/>
        </w:rPr>
        <w:t xml:space="preserve">I hereby submit the attached medical certificate, issued in accordance with </w:t>
      </w:r>
      <w:proofErr w:type="spellStart"/>
      <w:r w:rsidRPr="00A1255A">
        <w:rPr>
          <w:sz w:val="24"/>
          <w:szCs w:val="24"/>
        </w:rPr>
        <w:t>Muğla</w:t>
      </w:r>
      <w:proofErr w:type="spellEnd"/>
      <w:r w:rsidRPr="00A1255A">
        <w:rPr>
          <w:sz w:val="24"/>
          <w:szCs w:val="24"/>
        </w:rPr>
        <w:t xml:space="preserve"> University’s Regulations on Student Health Services and Medical Certificates. I respectfully request that my excuse for missing the examinations be accepted and that the necessary action be taken.</w:t>
      </w:r>
    </w:p>
    <w:p w:rsidR="00DB647D" w:rsidRPr="00A1255A" w:rsidRDefault="00A1255A">
      <w:pPr>
        <w:spacing w:after="100" w:line="240" w:lineRule="auto"/>
        <w:rPr>
          <w:b/>
          <w:sz w:val="24"/>
          <w:szCs w:val="24"/>
        </w:rPr>
      </w:pPr>
      <w:r w:rsidRPr="00A1255A">
        <w:rPr>
          <w:b/>
          <w:sz w:val="24"/>
          <w:szCs w:val="24"/>
        </w:rPr>
        <w:t>Full Name:</w:t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bookmarkStart w:id="0" w:name="_GoBack"/>
      <w:bookmarkEnd w:id="0"/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>Date: ____ / ____ / ______</w:t>
      </w:r>
    </w:p>
    <w:p w:rsidR="00DB647D" w:rsidRPr="00A1255A" w:rsidRDefault="00A1255A">
      <w:pPr>
        <w:spacing w:after="100" w:line="240" w:lineRule="auto"/>
        <w:rPr>
          <w:b/>
          <w:sz w:val="24"/>
          <w:szCs w:val="24"/>
        </w:rPr>
      </w:pPr>
      <w:r w:rsidRPr="00A1255A">
        <w:rPr>
          <w:b/>
          <w:sz w:val="24"/>
          <w:szCs w:val="24"/>
        </w:rPr>
        <w:t>Department:</w:t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>Signature:</w:t>
      </w:r>
    </w:p>
    <w:p w:rsidR="00DB647D" w:rsidRPr="00A1255A" w:rsidRDefault="00A1255A">
      <w:pPr>
        <w:spacing w:after="100" w:line="240" w:lineRule="auto"/>
        <w:rPr>
          <w:b/>
          <w:sz w:val="24"/>
          <w:szCs w:val="24"/>
        </w:rPr>
      </w:pPr>
      <w:r w:rsidRPr="00A1255A">
        <w:rPr>
          <w:b/>
          <w:sz w:val="24"/>
          <w:szCs w:val="24"/>
        </w:rPr>
        <w:t>Student Number:</w:t>
      </w:r>
    </w:p>
    <w:p w:rsidR="00DB647D" w:rsidRPr="00A1255A" w:rsidRDefault="00A1255A">
      <w:pPr>
        <w:spacing w:after="100" w:line="240" w:lineRule="auto"/>
        <w:rPr>
          <w:b/>
          <w:sz w:val="24"/>
          <w:szCs w:val="24"/>
        </w:rPr>
      </w:pPr>
      <w:r w:rsidRPr="00A1255A">
        <w:rPr>
          <w:b/>
          <w:sz w:val="24"/>
          <w:szCs w:val="24"/>
        </w:rPr>
        <w:t>Telephone:</w:t>
      </w:r>
    </w:p>
    <w:p w:rsidR="00DB647D" w:rsidRPr="00A1255A" w:rsidRDefault="00DB647D">
      <w:pPr>
        <w:spacing w:after="100" w:line="240" w:lineRule="auto"/>
        <w:rPr>
          <w:sz w:val="24"/>
          <w:szCs w:val="24"/>
        </w:rPr>
      </w:pPr>
    </w:p>
    <w:p w:rsidR="00DB647D" w:rsidRPr="00A1255A" w:rsidRDefault="00A1255A">
      <w:pPr>
        <w:spacing w:after="100" w:line="240" w:lineRule="auto"/>
        <w:rPr>
          <w:sz w:val="24"/>
          <w:szCs w:val="24"/>
        </w:rPr>
      </w:pPr>
      <w:r w:rsidRPr="00A1255A">
        <w:rPr>
          <w:b/>
          <w:sz w:val="24"/>
          <w:szCs w:val="24"/>
        </w:rPr>
        <w:t>MEDICAL REPORT DETAILS</w:t>
      </w:r>
    </w:p>
    <w:p w:rsidR="00DB647D" w:rsidRPr="00A1255A" w:rsidRDefault="00A1255A">
      <w:pPr>
        <w:spacing w:after="100" w:line="240" w:lineRule="auto"/>
        <w:rPr>
          <w:sz w:val="24"/>
          <w:szCs w:val="24"/>
        </w:rPr>
      </w:pPr>
      <w:r w:rsidRPr="00A1255A">
        <w:rPr>
          <w:sz w:val="24"/>
          <w:szCs w:val="24"/>
        </w:rPr>
        <w:t>Issuing Institution: _____________________________</w:t>
      </w:r>
      <w:r w:rsidRPr="00A1255A">
        <w:rPr>
          <w:sz w:val="24"/>
          <w:szCs w:val="24"/>
        </w:rPr>
        <w:t>_____________</w:t>
      </w:r>
    </w:p>
    <w:p w:rsidR="00DB647D" w:rsidRPr="00A1255A" w:rsidRDefault="00A1255A">
      <w:pPr>
        <w:spacing w:after="100" w:line="240" w:lineRule="auto"/>
        <w:rPr>
          <w:sz w:val="24"/>
          <w:szCs w:val="24"/>
        </w:rPr>
      </w:pPr>
      <w:r w:rsidRPr="00A1255A">
        <w:rPr>
          <w:sz w:val="24"/>
          <w:szCs w:val="24"/>
        </w:rPr>
        <w:t>Date of Issue: ______________________________________________</w:t>
      </w:r>
    </w:p>
    <w:p w:rsidR="00DB647D" w:rsidRPr="00A1255A" w:rsidRDefault="00A1255A">
      <w:pPr>
        <w:spacing w:after="100" w:line="240" w:lineRule="auto"/>
        <w:rPr>
          <w:sz w:val="24"/>
          <w:szCs w:val="24"/>
        </w:rPr>
      </w:pPr>
      <w:r w:rsidRPr="00A1255A">
        <w:rPr>
          <w:sz w:val="24"/>
          <w:szCs w:val="24"/>
        </w:rPr>
        <w:t>Duration: __________________________________________________</w:t>
      </w:r>
    </w:p>
    <w:p w:rsidR="00DB647D" w:rsidRPr="00A1255A" w:rsidRDefault="00DB647D">
      <w:pPr>
        <w:spacing w:after="100" w:line="240" w:lineRule="auto"/>
        <w:rPr>
          <w:sz w:val="24"/>
          <w:szCs w:val="24"/>
        </w:rPr>
      </w:pPr>
    </w:p>
    <w:p w:rsidR="00DB647D" w:rsidRPr="00A1255A" w:rsidRDefault="00A1255A">
      <w:pPr>
        <w:spacing w:after="100" w:line="240" w:lineRule="auto"/>
        <w:jc w:val="center"/>
        <w:rPr>
          <w:sz w:val="24"/>
          <w:szCs w:val="24"/>
        </w:rPr>
      </w:pPr>
      <w:r w:rsidRPr="00A1255A">
        <w:rPr>
          <w:b/>
          <w:sz w:val="24"/>
          <w:szCs w:val="24"/>
        </w:rPr>
        <w:t>COURSES FOR WHICH A MAKE-UP EXAMINATION IS REQUESTED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12"/>
        <w:gridCol w:w="2376"/>
        <w:gridCol w:w="1656"/>
        <w:gridCol w:w="1512"/>
        <w:gridCol w:w="2232"/>
      </w:tblGrid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jc w:val="center"/>
              <w:rPr>
                <w:sz w:val="24"/>
                <w:szCs w:val="24"/>
              </w:rPr>
            </w:pPr>
            <w:r w:rsidRPr="00A1255A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jc w:val="center"/>
              <w:rPr>
                <w:sz w:val="24"/>
                <w:szCs w:val="24"/>
              </w:rPr>
            </w:pPr>
            <w:r w:rsidRPr="00A1255A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1656" w:type="dxa"/>
            <w:vAlign w:val="center"/>
          </w:tcPr>
          <w:p w:rsidR="00DB647D" w:rsidRPr="00A1255A" w:rsidRDefault="00D75EA6">
            <w:pPr>
              <w:jc w:val="center"/>
              <w:rPr>
                <w:sz w:val="24"/>
                <w:szCs w:val="24"/>
              </w:rPr>
            </w:pPr>
            <w:r w:rsidRPr="00A1255A">
              <w:rPr>
                <w:b/>
                <w:sz w:val="24"/>
                <w:szCs w:val="24"/>
              </w:rPr>
              <w:t>Date of the Exam</w:t>
            </w:r>
          </w:p>
        </w:tc>
        <w:tc>
          <w:tcPr>
            <w:tcW w:w="1512" w:type="dxa"/>
            <w:vAlign w:val="center"/>
          </w:tcPr>
          <w:p w:rsidR="00DB647D" w:rsidRPr="00A1255A" w:rsidRDefault="00D75EA6">
            <w:pPr>
              <w:jc w:val="center"/>
              <w:rPr>
                <w:sz w:val="24"/>
                <w:szCs w:val="24"/>
              </w:rPr>
            </w:pPr>
            <w:r w:rsidRPr="00A1255A">
              <w:rPr>
                <w:b/>
                <w:sz w:val="24"/>
                <w:szCs w:val="24"/>
              </w:rPr>
              <w:t>Time of the Exam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jc w:val="center"/>
              <w:rPr>
                <w:sz w:val="24"/>
                <w:szCs w:val="24"/>
              </w:rPr>
            </w:pPr>
            <w:r w:rsidRPr="00A1255A">
              <w:rPr>
                <w:b/>
                <w:sz w:val="24"/>
                <w:szCs w:val="24"/>
              </w:rPr>
              <w:t>Course</w:t>
            </w:r>
            <w:r w:rsidRPr="00A1255A">
              <w:rPr>
                <w:b/>
                <w:sz w:val="24"/>
                <w:szCs w:val="24"/>
              </w:rPr>
              <w:t xml:space="preserve"> Instructor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</w:tbl>
    <w:p w:rsidR="00DB647D" w:rsidRPr="00A1255A" w:rsidRDefault="00DB647D">
      <w:pPr>
        <w:spacing w:after="100" w:line="240" w:lineRule="auto"/>
        <w:rPr>
          <w:sz w:val="24"/>
          <w:szCs w:val="24"/>
        </w:rPr>
      </w:pPr>
    </w:p>
    <w:p w:rsidR="00DB647D" w:rsidRPr="00A1255A" w:rsidRDefault="008E7518">
      <w:pPr>
        <w:spacing w:after="100" w:line="240" w:lineRule="auto"/>
        <w:rPr>
          <w:sz w:val="24"/>
          <w:szCs w:val="24"/>
        </w:rPr>
      </w:pPr>
      <w:r w:rsidRPr="00A1255A">
        <w:rPr>
          <w:b/>
          <w:sz w:val="24"/>
          <w:szCs w:val="24"/>
        </w:rPr>
        <w:t xml:space="preserve">NOTE: </w:t>
      </w:r>
      <w:r w:rsidRPr="00A1255A">
        <w:rPr>
          <w:sz w:val="24"/>
          <w:szCs w:val="24"/>
        </w:rPr>
        <w:t>Students who are eligible for benefits from any social security institution must attach the relevant supporting documents to this application.</w:t>
      </w:r>
      <w:r w:rsidR="00A1255A" w:rsidRPr="00A1255A">
        <w:rPr>
          <w:sz w:val="24"/>
          <w:szCs w:val="24"/>
        </w:rPr>
        <w:br w:type="page"/>
      </w:r>
    </w:p>
    <w:p w:rsidR="00DB647D" w:rsidRPr="00A1255A" w:rsidRDefault="00A1255A">
      <w:pPr>
        <w:spacing w:after="100" w:line="240" w:lineRule="auto"/>
        <w:jc w:val="center"/>
        <w:rPr>
          <w:sz w:val="24"/>
          <w:szCs w:val="24"/>
        </w:rPr>
      </w:pPr>
      <w:r w:rsidRPr="00A1255A">
        <w:rPr>
          <w:b/>
          <w:sz w:val="24"/>
          <w:szCs w:val="24"/>
        </w:rPr>
        <w:lastRenderedPageBreak/>
        <w:t>MUĞLA SITKI KOÇMAN UNIVERSITY</w:t>
      </w:r>
    </w:p>
    <w:p w:rsidR="008E7518" w:rsidRPr="00A1255A" w:rsidRDefault="008E7518" w:rsidP="008E7518">
      <w:pPr>
        <w:spacing w:after="100" w:line="240" w:lineRule="auto"/>
        <w:jc w:val="center"/>
        <w:rPr>
          <w:sz w:val="24"/>
          <w:szCs w:val="24"/>
        </w:rPr>
      </w:pPr>
      <w:r w:rsidRPr="00A1255A">
        <w:rPr>
          <w:b/>
          <w:sz w:val="24"/>
          <w:szCs w:val="24"/>
        </w:rPr>
        <w:t>TO THE DEAN OF THE FACULTY OF LETTERS</w:t>
      </w:r>
    </w:p>
    <w:p w:rsidR="00DB647D" w:rsidRPr="00A1255A" w:rsidRDefault="00DB647D">
      <w:pPr>
        <w:spacing w:after="100" w:line="240" w:lineRule="auto"/>
        <w:rPr>
          <w:sz w:val="24"/>
          <w:szCs w:val="24"/>
        </w:rPr>
      </w:pPr>
    </w:p>
    <w:p w:rsidR="008E7518" w:rsidRPr="00A1255A" w:rsidRDefault="008E7518">
      <w:pPr>
        <w:spacing w:after="100" w:line="240" w:lineRule="auto"/>
        <w:rPr>
          <w:sz w:val="24"/>
          <w:szCs w:val="24"/>
        </w:rPr>
      </w:pPr>
      <w:r w:rsidRPr="00A1255A">
        <w:rPr>
          <w:sz w:val="24"/>
          <w:szCs w:val="24"/>
        </w:rPr>
        <w:t>I was unable to take the exams for the courses listed below due to the circumstances explained in the attached documentation. I respectfully request that my excuse be accepted and that the necessary action be taken.</w:t>
      </w:r>
    </w:p>
    <w:p w:rsidR="00DB647D" w:rsidRPr="00A1255A" w:rsidRDefault="00A1255A">
      <w:pPr>
        <w:spacing w:after="100" w:line="240" w:lineRule="auto"/>
        <w:rPr>
          <w:b/>
          <w:sz w:val="24"/>
          <w:szCs w:val="24"/>
        </w:rPr>
      </w:pPr>
      <w:r w:rsidRPr="00A1255A">
        <w:rPr>
          <w:b/>
          <w:sz w:val="24"/>
          <w:szCs w:val="24"/>
        </w:rPr>
        <w:t>Full Name:</w:t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  <w:t>Date: ____ / ____ / ______</w:t>
      </w:r>
    </w:p>
    <w:p w:rsidR="00DB647D" w:rsidRPr="00A1255A" w:rsidRDefault="00A1255A">
      <w:pPr>
        <w:spacing w:after="100" w:line="240" w:lineRule="auto"/>
        <w:rPr>
          <w:b/>
          <w:sz w:val="24"/>
          <w:szCs w:val="24"/>
        </w:rPr>
      </w:pPr>
      <w:r w:rsidRPr="00A1255A">
        <w:rPr>
          <w:b/>
          <w:sz w:val="24"/>
          <w:szCs w:val="24"/>
        </w:rPr>
        <w:t>Department:</w:t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ab/>
      </w:r>
      <w:r w:rsidRPr="00A1255A">
        <w:rPr>
          <w:b/>
          <w:sz w:val="24"/>
          <w:szCs w:val="24"/>
        </w:rPr>
        <w:t>Signature:</w:t>
      </w:r>
    </w:p>
    <w:p w:rsidR="00DB647D" w:rsidRPr="00A1255A" w:rsidRDefault="00A1255A">
      <w:pPr>
        <w:spacing w:after="100" w:line="240" w:lineRule="auto"/>
        <w:rPr>
          <w:b/>
          <w:sz w:val="24"/>
          <w:szCs w:val="24"/>
        </w:rPr>
      </w:pPr>
      <w:r w:rsidRPr="00A1255A">
        <w:rPr>
          <w:b/>
          <w:sz w:val="24"/>
          <w:szCs w:val="24"/>
        </w:rPr>
        <w:t>Student Number:</w:t>
      </w:r>
    </w:p>
    <w:p w:rsidR="00DB647D" w:rsidRPr="00A1255A" w:rsidRDefault="00A1255A">
      <w:pPr>
        <w:spacing w:after="100" w:line="240" w:lineRule="auto"/>
        <w:rPr>
          <w:b/>
          <w:sz w:val="24"/>
          <w:szCs w:val="24"/>
        </w:rPr>
      </w:pPr>
      <w:r w:rsidRPr="00A1255A">
        <w:rPr>
          <w:b/>
          <w:sz w:val="24"/>
          <w:szCs w:val="24"/>
        </w:rPr>
        <w:t>Telephone:</w:t>
      </w:r>
    </w:p>
    <w:p w:rsidR="00DB647D" w:rsidRPr="00A1255A" w:rsidRDefault="00DB647D">
      <w:pPr>
        <w:spacing w:after="100" w:line="240" w:lineRule="auto"/>
        <w:rPr>
          <w:sz w:val="24"/>
          <w:szCs w:val="24"/>
        </w:rPr>
      </w:pPr>
    </w:p>
    <w:p w:rsidR="00DB647D" w:rsidRPr="00A1255A" w:rsidRDefault="00A1255A">
      <w:pPr>
        <w:spacing w:after="100" w:line="240" w:lineRule="auto"/>
        <w:rPr>
          <w:sz w:val="24"/>
          <w:szCs w:val="24"/>
        </w:rPr>
      </w:pPr>
      <w:r w:rsidRPr="00A1255A">
        <w:rPr>
          <w:b/>
          <w:sz w:val="24"/>
          <w:szCs w:val="24"/>
        </w:rPr>
        <w:t>EXCUSE DETAILS</w:t>
      </w:r>
    </w:p>
    <w:p w:rsidR="00DB647D" w:rsidRPr="00A1255A" w:rsidRDefault="00A1255A">
      <w:pPr>
        <w:spacing w:after="100" w:line="240" w:lineRule="auto"/>
        <w:rPr>
          <w:sz w:val="24"/>
          <w:szCs w:val="24"/>
        </w:rPr>
      </w:pPr>
      <w:r w:rsidRPr="00A1255A">
        <w:rPr>
          <w:sz w:val="24"/>
          <w:szCs w:val="24"/>
        </w:rPr>
        <w:t>Reason for Excuse: __________________________________________</w:t>
      </w:r>
    </w:p>
    <w:p w:rsidR="00DB647D" w:rsidRPr="00A1255A" w:rsidRDefault="00A1255A">
      <w:pPr>
        <w:spacing w:after="100" w:line="240" w:lineRule="auto"/>
        <w:rPr>
          <w:sz w:val="24"/>
          <w:szCs w:val="24"/>
        </w:rPr>
      </w:pPr>
      <w:r w:rsidRPr="00A1255A">
        <w:rPr>
          <w:sz w:val="24"/>
          <w:szCs w:val="24"/>
        </w:rPr>
        <w:t>Date of E</w:t>
      </w:r>
      <w:r w:rsidRPr="00A1255A">
        <w:rPr>
          <w:sz w:val="24"/>
          <w:szCs w:val="24"/>
        </w:rPr>
        <w:t>xcuse: _____________________________________________</w:t>
      </w:r>
    </w:p>
    <w:p w:rsidR="00DB647D" w:rsidRPr="00A1255A" w:rsidRDefault="00A1255A">
      <w:pPr>
        <w:spacing w:after="100" w:line="240" w:lineRule="auto"/>
        <w:rPr>
          <w:sz w:val="24"/>
          <w:szCs w:val="24"/>
        </w:rPr>
      </w:pPr>
      <w:r w:rsidRPr="00A1255A">
        <w:rPr>
          <w:sz w:val="24"/>
          <w:szCs w:val="24"/>
        </w:rPr>
        <w:t>Duration of Excuse: _________________________________________</w:t>
      </w:r>
    </w:p>
    <w:p w:rsidR="00DB647D" w:rsidRPr="00A1255A" w:rsidRDefault="00DB647D">
      <w:pPr>
        <w:spacing w:after="100" w:line="240" w:lineRule="auto"/>
        <w:rPr>
          <w:sz w:val="24"/>
          <w:szCs w:val="24"/>
        </w:rPr>
      </w:pPr>
    </w:p>
    <w:p w:rsidR="00DB647D" w:rsidRPr="00A1255A" w:rsidRDefault="00A1255A">
      <w:pPr>
        <w:spacing w:after="100" w:line="240" w:lineRule="auto"/>
        <w:jc w:val="center"/>
        <w:rPr>
          <w:sz w:val="24"/>
          <w:szCs w:val="24"/>
        </w:rPr>
      </w:pPr>
      <w:r w:rsidRPr="00A1255A">
        <w:rPr>
          <w:b/>
          <w:sz w:val="24"/>
          <w:szCs w:val="24"/>
        </w:rPr>
        <w:t>COURSES FOR WHICH A MAKE-UP EXAMINATION IS REQUESTED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12"/>
        <w:gridCol w:w="2376"/>
        <w:gridCol w:w="1656"/>
        <w:gridCol w:w="1537"/>
        <w:gridCol w:w="2232"/>
      </w:tblGrid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jc w:val="center"/>
              <w:rPr>
                <w:sz w:val="24"/>
                <w:szCs w:val="24"/>
              </w:rPr>
            </w:pPr>
            <w:r w:rsidRPr="00A1255A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jc w:val="center"/>
              <w:rPr>
                <w:sz w:val="24"/>
                <w:szCs w:val="24"/>
              </w:rPr>
            </w:pPr>
            <w:r w:rsidRPr="00A1255A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jc w:val="center"/>
              <w:rPr>
                <w:sz w:val="24"/>
                <w:szCs w:val="24"/>
              </w:rPr>
            </w:pPr>
            <w:r w:rsidRPr="00A1255A">
              <w:rPr>
                <w:b/>
                <w:sz w:val="24"/>
                <w:szCs w:val="24"/>
              </w:rPr>
              <w:t>Examination Date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jc w:val="center"/>
              <w:rPr>
                <w:sz w:val="24"/>
                <w:szCs w:val="24"/>
              </w:rPr>
            </w:pPr>
            <w:r w:rsidRPr="00A1255A">
              <w:rPr>
                <w:b/>
                <w:sz w:val="24"/>
                <w:szCs w:val="24"/>
              </w:rPr>
              <w:t>Examination Time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jc w:val="center"/>
              <w:rPr>
                <w:sz w:val="24"/>
                <w:szCs w:val="24"/>
              </w:rPr>
            </w:pPr>
            <w:r w:rsidRPr="00A1255A">
              <w:rPr>
                <w:b/>
                <w:sz w:val="24"/>
                <w:szCs w:val="24"/>
              </w:rPr>
              <w:t>Course Instructor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  <w:tr w:rsidR="00DB647D" w:rsidRPr="00A1255A">
        <w:trPr>
          <w:jc w:val="center"/>
        </w:trPr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6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2" w:type="dxa"/>
            <w:vAlign w:val="center"/>
          </w:tcPr>
          <w:p w:rsidR="00DB647D" w:rsidRPr="00A1255A" w:rsidRDefault="00A1255A">
            <w:pPr>
              <w:spacing w:after="100"/>
              <w:rPr>
                <w:sz w:val="24"/>
                <w:szCs w:val="24"/>
              </w:rPr>
            </w:pPr>
            <w:r w:rsidRPr="00A1255A">
              <w:rPr>
                <w:sz w:val="24"/>
                <w:szCs w:val="24"/>
              </w:rPr>
              <w:t xml:space="preserve"> </w:t>
            </w:r>
          </w:p>
        </w:tc>
      </w:tr>
    </w:tbl>
    <w:p w:rsidR="00DB647D" w:rsidRPr="00A1255A" w:rsidRDefault="00DB647D">
      <w:pPr>
        <w:spacing w:after="100" w:line="240" w:lineRule="auto"/>
        <w:rPr>
          <w:sz w:val="24"/>
          <w:szCs w:val="24"/>
        </w:rPr>
      </w:pPr>
    </w:p>
    <w:p w:rsidR="00DB647D" w:rsidRPr="00A1255A" w:rsidRDefault="00A1255A">
      <w:pPr>
        <w:spacing w:after="100" w:line="240" w:lineRule="auto"/>
        <w:rPr>
          <w:sz w:val="24"/>
          <w:szCs w:val="24"/>
        </w:rPr>
      </w:pPr>
      <w:r w:rsidRPr="00A1255A">
        <w:rPr>
          <w:b/>
          <w:sz w:val="24"/>
          <w:szCs w:val="24"/>
        </w:rPr>
        <w:t xml:space="preserve">NOTE: </w:t>
      </w:r>
      <w:r w:rsidR="007876E9" w:rsidRPr="00A1255A">
        <w:rPr>
          <w:sz w:val="24"/>
          <w:szCs w:val="24"/>
        </w:rPr>
        <w:t>Students who are eligible for benefits from any social security institution must attach the relevant supporting documents to this application.</w:t>
      </w:r>
    </w:p>
    <w:sectPr w:rsidR="00DB647D" w:rsidRPr="00A1255A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4EB2"/>
    <w:rsid w:val="0029639D"/>
    <w:rsid w:val="00326F90"/>
    <w:rsid w:val="0058169F"/>
    <w:rsid w:val="007876E9"/>
    <w:rsid w:val="008E7518"/>
    <w:rsid w:val="00A1255A"/>
    <w:rsid w:val="00AA1D8D"/>
    <w:rsid w:val="00B47730"/>
    <w:rsid w:val="00CB0664"/>
    <w:rsid w:val="00D75EA6"/>
    <w:rsid w:val="00DB64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3F7432"/>
  <w14:defaultImageDpi w14:val="300"/>
  <w15:docId w15:val="{94D65F29-4266-4F05-A2D0-F6899A17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7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9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59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8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9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979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538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472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12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3441BF-DC01-406E-8DC8-72ECA2B16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Casper</cp:lastModifiedBy>
  <cp:revision>7</cp:revision>
  <dcterms:created xsi:type="dcterms:W3CDTF">2013-12-23T23:15:00Z</dcterms:created>
  <dcterms:modified xsi:type="dcterms:W3CDTF">2026-10-16T12:41:00Z</dcterms:modified>
  <cp:category/>
</cp:coreProperties>
</file>