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5E5" w:rsidRPr="007475E5" w:rsidRDefault="007475E5" w:rsidP="007475E5">
      <w:pPr>
        <w:jc w:val="right"/>
        <w:rPr>
          <w:rStyle w:val="Gl"/>
          <w:rFonts w:cs="Times New Roman"/>
          <w:sz w:val="24"/>
          <w:szCs w:val="24"/>
        </w:rPr>
      </w:pPr>
      <w:r w:rsidRPr="007475E5">
        <w:rPr>
          <w:rFonts w:cs="Times New Roman"/>
          <w:b/>
          <w:bCs/>
          <w:sz w:val="24"/>
          <w:szCs w:val="24"/>
        </w:rPr>
        <w:t>…/</w:t>
      </w:r>
      <w:proofErr w:type="gramStart"/>
      <w:r w:rsidRPr="007475E5">
        <w:rPr>
          <w:rFonts w:cs="Times New Roman"/>
          <w:b/>
          <w:bCs/>
          <w:sz w:val="24"/>
          <w:szCs w:val="24"/>
        </w:rPr>
        <w:t>0..</w:t>
      </w:r>
      <w:proofErr w:type="gramEnd"/>
      <w:r w:rsidRPr="007475E5">
        <w:rPr>
          <w:rFonts w:cs="Times New Roman"/>
          <w:b/>
          <w:bCs/>
          <w:sz w:val="24"/>
          <w:szCs w:val="24"/>
        </w:rPr>
        <w:t>/20…</w:t>
      </w:r>
    </w:p>
    <w:p w:rsidR="00CC508B" w:rsidRPr="007475E5" w:rsidRDefault="00CC508B" w:rsidP="00CC508B">
      <w:pPr>
        <w:pStyle w:val="NormalWeb"/>
        <w:jc w:val="center"/>
      </w:pPr>
      <w:r w:rsidRPr="007475E5">
        <w:rPr>
          <w:rStyle w:val="Gl"/>
        </w:rPr>
        <w:t>TO THE HEAD OF THE DEPARTMENT OF __________________</w:t>
      </w:r>
    </w:p>
    <w:p w:rsidR="00CC508B" w:rsidRPr="007475E5" w:rsidRDefault="00CC508B" w:rsidP="00CC508B">
      <w:pPr>
        <w:pStyle w:val="NormalWeb"/>
      </w:pPr>
      <w:r w:rsidRPr="007475E5">
        <w:t>I am a fourth-year student in the __________________ Department, with student number ______</w:t>
      </w:r>
      <w:r w:rsidRPr="007475E5">
        <w:rPr>
          <w:rStyle w:val="Gl"/>
        </w:rPr>
        <w:t xml:space="preserve">. </w:t>
      </w:r>
      <w:r w:rsidRPr="007475E5">
        <w:rPr>
          <w:rStyle w:val="Gl"/>
          <w:b w:val="0"/>
        </w:rPr>
        <w:t xml:space="preserve">In order to graduate in the __________ semester of the </w:t>
      </w:r>
      <w:proofErr w:type="gramStart"/>
      <w:r w:rsidRPr="007475E5">
        <w:t>20..</w:t>
      </w:r>
      <w:proofErr w:type="gramEnd"/>
      <w:r w:rsidRPr="007475E5">
        <w:t xml:space="preserve">-20… academic year, I would like to </w:t>
      </w:r>
      <w:r w:rsidRPr="007475E5">
        <w:t>enroll</w:t>
      </w:r>
      <w:r w:rsidRPr="007475E5">
        <w:t xml:space="preserve"> in the course(s) listed below by taking additional credits.</w:t>
      </w:r>
    </w:p>
    <w:p w:rsidR="00CC508B" w:rsidRPr="007475E5" w:rsidRDefault="00CC508B" w:rsidP="00CC508B">
      <w:pPr>
        <w:pStyle w:val="NormalWeb"/>
      </w:pPr>
      <w:r w:rsidRPr="007475E5">
        <w:t>I respectfully request that the necessary action be taken.</w:t>
      </w:r>
    </w:p>
    <w:p w:rsidR="00514D7A" w:rsidRPr="007475E5" w:rsidRDefault="007475E5">
      <w:pPr>
        <w:spacing w:after="80" w:line="240" w:lineRule="auto"/>
        <w:jc w:val="right"/>
        <w:rPr>
          <w:sz w:val="24"/>
          <w:szCs w:val="24"/>
        </w:rPr>
      </w:pPr>
      <w:r w:rsidRPr="007475E5">
        <w:rPr>
          <w:sz w:val="24"/>
          <w:szCs w:val="24"/>
        </w:rPr>
        <w:t>Name and Surname: ______________________________</w:t>
      </w:r>
    </w:p>
    <w:p w:rsidR="00514D7A" w:rsidRPr="007475E5" w:rsidRDefault="007475E5">
      <w:pPr>
        <w:spacing w:after="80" w:line="240" w:lineRule="auto"/>
        <w:jc w:val="right"/>
        <w:rPr>
          <w:sz w:val="24"/>
          <w:szCs w:val="24"/>
        </w:rPr>
      </w:pPr>
      <w:r w:rsidRPr="007475E5">
        <w:rPr>
          <w:sz w:val="24"/>
          <w:szCs w:val="24"/>
        </w:rPr>
        <w:t>Date: ____ / ____ / ______</w:t>
      </w:r>
    </w:p>
    <w:p w:rsidR="00514D7A" w:rsidRPr="007475E5" w:rsidRDefault="00514D7A">
      <w:pPr>
        <w:spacing w:after="80" w:line="240" w:lineRule="auto"/>
        <w:rPr>
          <w:sz w:val="24"/>
          <w:szCs w:val="24"/>
        </w:rPr>
      </w:pPr>
    </w:p>
    <w:p w:rsidR="00514D7A" w:rsidRPr="007475E5" w:rsidRDefault="007475E5">
      <w:pPr>
        <w:spacing w:after="80" w:line="240" w:lineRule="auto"/>
        <w:rPr>
          <w:sz w:val="24"/>
          <w:szCs w:val="24"/>
        </w:rPr>
      </w:pPr>
      <w:r w:rsidRPr="007475E5">
        <w:rPr>
          <w:b/>
          <w:sz w:val="24"/>
          <w:szCs w:val="24"/>
        </w:rPr>
        <w:t>Attachments:</w:t>
      </w:r>
    </w:p>
    <w:p w:rsidR="00514D7A" w:rsidRPr="007475E5" w:rsidRDefault="007475E5">
      <w:pPr>
        <w:spacing w:after="80" w:line="240" w:lineRule="auto"/>
        <w:rPr>
          <w:sz w:val="24"/>
          <w:szCs w:val="24"/>
        </w:rPr>
      </w:pPr>
      <w:r w:rsidRPr="007475E5">
        <w:rPr>
          <w:sz w:val="24"/>
          <w:szCs w:val="24"/>
        </w:rPr>
        <w:t>1. Course Registration Form</w:t>
      </w:r>
    </w:p>
    <w:p w:rsidR="00514D7A" w:rsidRPr="007475E5" w:rsidRDefault="007475E5">
      <w:pPr>
        <w:spacing w:after="80" w:line="240" w:lineRule="auto"/>
        <w:rPr>
          <w:sz w:val="24"/>
          <w:szCs w:val="24"/>
        </w:rPr>
      </w:pPr>
      <w:r w:rsidRPr="007475E5">
        <w:rPr>
          <w:sz w:val="24"/>
          <w:szCs w:val="24"/>
        </w:rPr>
        <w:t>2. Graduation Transcript</w:t>
      </w:r>
    </w:p>
    <w:p w:rsidR="00514D7A" w:rsidRPr="007475E5" w:rsidRDefault="00514D7A">
      <w:pPr>
        <w:spacing w:after="80" w:line="240" w:lineRule="auto"/>
        <w:rPr>
          <w:sz w:val="24"/>
          <w:szCs w:val="24"/>
        </w:rPr>
      </w:pPr>
    </w:p>
    <w:p w:rsidR="007475E5" w:rsidRPr="007475E5" w:rsidRDefault="007475E5" w:rsidP="007475E5">
      <w:pPr>
        <w:spacing w:after="80" w:line="240" w:lineRule="auto"/>
        <w:rPr>
          <w:sz w:val="24"/>
          <w:szCs w:val="24"/>
        </w:rPr>
      </w:pPr>
      <w:r w:rsidRPr="007475E5">
        <w:rPr>
          <w:sz w:val="24"/>
          <w:szCs w:val="24"/>
        </w:rPr>
        <w:t>Cumulative Grade Point Average (CGPA): __________________________</w:t>
      </w:r>
      <w:r>
        <w:rPr>
          <w:sz w:val="24"/>
          <w:szCs w:val="24"/>
        </w:rPr>
        <w:br/>
      </w:r>
    </w:p>
    <w:p w:rsidR="007475E5" w:rsidRPr="007475E5" w:rsidRDefault="007475E5" w:rsidP="007475E5">
      <w:pPr>
        <w:spacing w:after="80" w:line="240" w:lineRule="auto"/>
        <w:rPr>
          <w:sz w:val="24"/>
          <w:szCs w:val="24"/>
        </w:rPr>
      </w:pPr>
      <w:r w:rsidRPr="007475E5">
        <w:rPr>
          <w:sz w:val="24"/>
          <w:szCs w:val="24"/>
        </w:rPr>
        <w:t>Total Credits of the Courses Taken This Semester: __________________</w:t>
      </w:r>
      <w:r>
        <w:rPr>
          <w:sz w:val="24"/>
          <w:szCs w:val="24"/>
        </w:rPr>
        <w:br/>
      </w:r>
    </w:p>
    <w:p w:rsidR="00514D7A" w:rsidRDefault="007475E5" w:rsidP="007475E5">
      <w:pPr>
        <w:spacing w:after="80" w:line="240" w:lineRule="auto"/>
        <w:rPr>
          <w:sz w:val="24"/>
          <w:szCs w:val="24"/>
        </w:rPr>
      </w:pPr>
      <w:r w:rsidRPr="007475E5">
        <w:rPr>
          <w:sz w:val="24"/>
          <w:szCs w:val="24"/>
        </w:rPr>
        <w:t>Credits of the Course(s) for Which I Am Requesting Additional Credits: ______________</w:t>
      </w:r>
    </w:p>
    <w:p w:rsidR="007475E5" w:rsidRPr="000915C9" w:rsidRDefault="007475E5" w:rsidP="007475E5">
      <w:pPr>
        <w:ind w:firstLine="708"/>
        <w:jc w:val="both"/>
        <w:rPr>
          <w:rFonts w:cs="Times New Roman"/>
          <w:sz w:val="24"/>
          <w:szCs w:val="24"/>
        </w:rPr>
      </w:pPr>
    </w:p>
    <w:tbl>
      <w:tblPr>
        <w:tblW w:w="10490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7"/>
        <w:gridCol w:w="4537"/>
        <w:gridCol w:w="647"/>
        <w:gridCol w:w="1073"/>
        <w:gridCol w:w="660"/>
        <w:gridCol w:w="534"/>
        <w:gridCol w:w="533"/>
        <w:gridCol w:w="536"/>
        <w:gridCol w:w="603"/>
      </w:tblGrid>
      <w:tr w:rsidR="007475E5" w:rsidRPr="006B3784" w:rsidTr="007475E5">
        <w:trPr>
          <w:trHeight w:val="510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75E5" w:rsidRPr="006B3784" w:rsidRDefault="007475E5" w:rsidP="007475E5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475E5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4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75E5" w:rsidRPr="007475E5" w:rsidRDefault="007475E5" w:rsidP="007475E5">
            <w:pPr>
              <w:jc w:val="center"/>
              <w:rPr>
                <w:sz w:val="24"/>
                <w:szCs w:val="24"/>
              </w:rPr>
            </w:pPr>
            <w:r w:rsidRPr="007475E5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75E5" w:rsidRPr="007475E5" w:rsidRDefault="007475E5" w:rsidP="007475E5">
            <w:pPr>
              <w:jc w:val="center"/>
              <w:rPr>
                <w:sz w:val="24"/>
                <w:szCs w:val="24"/>
              </w:rPr>
            </w:pPr>
            <w:r w:rsidRPr="007475E5">
              <w:rPr>
                <w:b/>
                <w:sz w:val="24"/>
                <w:szCs w:val="24"/>
              </w:rPr>
              <w:t>Year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75E5" w:rsidRPr="007475E5" w:rsidRDefault="007475E5" w:rsidP="007475E5">
            <w:pPr>
              <w:jc w:val="center"/>
              <w:rPr>
                <w:sz w:val="24"/>
                <w:szCs w:val="24"/>
              </w:rPr>
            </w:pPr>
            <w:r w:rsidRPr="007475E5">
              <w:rPr>
                <w:b/>
                <w:sz w:val="24"/>
                <w:szCs w:val="24"/>
              </w:rPr>
              <w:t>Semester</w:t>
            </w:r>
          </w:p>
        </w:tc>
        <w:tc>
          <w:tcPr>
            <w:tcW w:w="29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475E5" w:rsidRPr="006B3784" w:rsidRDefault="007475E5" w:rsidP="007475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Credit Type</w:t>
            </w:r>
          </w:p>
        </w:tc>
      </w:tr>
      <w:tr w:rsidR="007475E5" w:rsidRPr="006B3784" w:rsidTr="007475E5">
        <w:trPr>
          <w:trHeight w:val="300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5E5" w:rsidRPr="006B3784" w:rsidRDefault="007475E5" w:rsidP="002B483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5E5" w:rsidRPr="006B3784" w:rsidRDefault="007475E5" w:rsidP="002B483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75E5" w:rsidRPr="006B3784" w:rsidRDefault="007475E5" w:rsidP="002B4835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75E5" w:rsidRPr="006B3784" w:rsidRDefault="007475E5" w:rsidP="002B4835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5E5" w:rsidRPr="006B3784" w:rsidRDefault="007475E5" w:rsidP="002B48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6B3784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5E5" w:rsidRPr="006B3784" w:rsidRDefault="007475E5" w:rsidP="002B48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P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5E5" w:rsidRPr="006B3784" w:rsidRDefault="007475E5" w:rsidP="002B48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6B3784"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5E5" w:rsidRPr="006B3784" w:rsidRDefault="007475E5" w:rsidP="002B48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C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5E5" w:rsidRPr="006B3784" w:rsidRDefault="007475E5" w:rsidP="002B48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tr-TR"/>
              </w:rPr>
              <w:t>R/E</w:t>
            </w:r>
          </w:p>
        </w:tc>
      </w:tr>
      <w:tr w:rsidR="007475E5" w:rsidRPr="009C145D" w:rsidTr="007475E5">
        <w:trPr>
          <w:trHeight w:val="30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5E5" w:rsidRPr="001F3C1F" w:rsidRDefault="007475E5" w:rsidP="002B483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75E5" w:rsidRPr="001F3C1F" w:rsidRDefault="007475E5" w:rsidP="002B4835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5E5" w:rsidRPr="001F3C1F" w:rsidRDefault="007475E5" w:rsidP="002B48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tr-TR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5E5" w:rsidRPr="001F3C1F" w:rsidRDefault="007475E5" w:rsidP="002B48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tr-TR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5E5" w:rsidRPr="001F3C1F" w:rsidRDefault="007475E5" w:rsidP="002B4835">
            <w:pPr>
              <w:spacing w:after="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5E5" w:rsidRPr="001F3C1F" w:rsidRDefault="007475E5" w:rsidP="002B4835">
            <w:pPr>
              <w:spacing w:after="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5E5" w:rsidRPr="001F3C1F" w:rsidRDefault="007475E5" w:rsidP="002B4835">
            <w:pPr>
              <w:spacing w:after="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5E5" w:rsidRPr="001F3C1F" w:rsidRDefault="007475E5" w:rsidP="002B4835">
            <w:pPr>
              <w:spacing w:after="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5E5" w:rsidRPr="001F3C1F" w:rsidRDefault="007475E5" w:rsidP="002B4835">
            <w:pPr>
              <w:spacing w:after="0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</w:tbl>
    <w:p w:rsidR="007475E5" w:rsidRPr="007475E5" w:rsidRDefault="007475E5" w:rsidP="007475E5">
      <w:pPr>
        <w:spacing w:after="80" w:line="240" w:lineRule="auto"/>
        <w:rPr>
          <w:sz w:val="24"/>
          <w:szCs w:val="24"/>
        </w:rPr>
      </w:pPr>
    </w:p>
    <w:p w:rsidR="00514D7A" w:rsidRPr="007475E5" w:rsidRDefault="00514D7A">
      <w:pPr>
        <w:spacing w:after="80" w:line="240" w:lineRule="auto"/>
        <w:rPr>
          <w:sz w:val="24"/>
          <w:szCs w:val="24"/>
        </w:rPr>
      </w:pPr>
    </w:p>
    <w:p w:rsidR="00514D7A" w:rsidRPr="007475E5" w:rsidRDefault="007475E5">
      <w:pPr>
        <w:spacing w:after="80" w:line="240" w:lineRule="auto"/>
        <w:rPr>
          <w:sz w:val="24"/>
          <w:szCs w:val="24"/>
        </w:rPr>
      </w:pPr>
      <w:r w:rsidRPr="007475E5">
        <w:rPr>
          <w:b/>
          <w:sz w:val="24"/>
          <w:szCs w:val="24"/>
        </w:rPr>
        <w:t>Academic Advisor’s Assessment: (Approved/Not A</w:t>
      </w:r>
      <w:bookmarkStart w:id="0" w:name="_GoBack"/>
      <w:bookmarkEnd w:id="0"/>
      <w:r w:rsidRPr="007475E5">
        <w:rPr>
          <w:b/>
          <w:sz w:val="24"/>
          <w:szCs w:val="24"/>
        </w:rPr>
        <w:t>pproved)</w:t>
      </w:r>
    </w:p>
    <w:sectPr w:rsidR="00514D7A" w:rsidRPr="007475E5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4D7A"/>
    <w:rsid w:val="007475E5"/>
    <w:rsid w:val="00AA1D8D"/>
    <w:rsid w:val="00B47730"/>
    <w:rsid w:val="00CB0664"/>
    <w:rsid w:val="00CC50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81B458"/>
  <w14:defaultImageDpi w14:val="300"/>
  <w15:docId w15:val="{94D65F29-4266-4F05-A2D0-F6899A17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C508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32F018-BF7E-4CCB-A130-19426CA05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Casper</cp:lastModifiedBy>
  <cp:revision>3</cp:revision>
  <dcterms:created xsi:type="dcterms:W3CDTF">2013-12-23T23:15:00Z</dcterms:created>
  <dcterms:modified xsi:type="dcterms:W3CDTF">2026-10-16T12:48:00Z</dcterms:modified>
  <cp:category/>
</cp:coreProperties>
</file>