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28D3" w:rsidRPr="0012488F" w:rsidRDefault="009E74EE">
      <w:pPr>
        <w:jc w:val="center"/>
        <w:rPr>
          <w:sz w:val="24"/>
          <w:szCs w:val="24"/>
        </w:rPr>
      </w:pPr>
      <w:r w:rsidRPr="0012488F">
        <w:rPr>
          <w:b/>
          <w:sz w:val="24"/>
          <w:szCs w:val="24"/>
        </w:rPr>
        <w:t xml:space="preserve">TO THE </w:t>
      </w:r>
      <w:r w:rsidR="0012488F" w:rsidRPr="0012488F">
        <w:rPr>
          <w:b/>
          <w:sz w:val="24"/>
          <w:szCs w:val="24"/>
        </w:rPr>
        <w:t>HEAD</w:t>
      </w:r>
      <w:r w:rsidRPr="0012488F">
        <w:rPr>
          <w:b/>
          <w:sz w:val="24"/>
          <w:szCs w:val="24"/>
        </w:rPr>
        <w:t xml:space="preserve"> OF THE __________________ DEPARTMENT</w:t>
      </w:r>
    </w:p>
    <w:p w:rsidR="000228D3" w:rsidRPr="0012488F" w:rsidRDefault="000228D3">
      <w:pPr>
        <w:rPr>
          <w:sz w:val="24"/>
          <w:szCs w:val="24"/>
        </w:rPr>
      </w:pPr>
    </w:p>
    <w:p w:rsidR="0012488F" w:rsidRPr="0012488F" w:rsidRDefault="0012488F" w:rsidP="0012488F">
      <w:pPr>
        <w:spacing w:after="480"/>
        <w:rPr>
          <w:sz w:val="24"/>
          <w:szCs w:val="24"/>
        </w:rPr>
      </w:pPr>
      <w:r w:rsidRPr="0012488F">
        <w:rPr>
          <w:sz w:val="24"/>
          <w:szCs w:val="24"/>
        </w:rPr>
        <w:t xml:space="preserve">I am a student in the __________________ Department, with student number __________. </w:t>
      </w:r>
      <w:r>
        <w:rPr>
          <w:sz w:val="24"/>
          <w:szCs w:val="24"/>
        </w:rPr>
        <w:t>I</w:t>
      </w:r>
      <w:r w:rsidRPr="0012488F">
        <w:rPr>
          <w:sz w:val="24"/>
          <w:szCs w:val="24"/>
        </w:rPr>
        <w:t>n accordance with the relevant article of</w:t>
      </w:r>
      <w:r w:rsidRPr="0012488F">
        <w:rPr>
          <w:sz w:val="24"/>
          <w:szCs w:val="24"/>
        </w:rPr>
        <w:t xml:space="preserve"> </w:t>
      </w:r>
      <w:proofErr w:type="spellStart"/>
      <w:r w:rsidRPr="0012488F">
        <w:rPr>
          <w:sz w:val="24"/>
          <w:szCs w:val="24"/>
        </w:rPr>
        <w:t>Muğla</w:t>
      </w:r>
      <w:proofErr w:type="spellEnd"/>
      <w:r w:rsidRPr="0012488F">
        <w:rPr>
          <w:sz w:val="24"/>
          <w:szCs w:val="24"/>
        </w:rPr>
        <w:t xml:space="preserve"> </w:t>
      </w:r>
      <w:proofErr w:type="spellStart"/>
      <w:r w:rsidRPr="0012488F">
        <w:rPr>
          <w:sz w:val="24"/>
          <w:szCs w:val="24"/>
        </w:rPr>
        <w:t>Sıtkı</w:t>
      </w:r>
      <w:proofErr w:type="spellEnd"/>
      <w:r w:rsidRPr="0012488F">
        <w:rPr>
          <w:sz w:val="24"/>
          <w:szCs w:val="24"/>
        </w:rPr>
        <w:t xml:space="preserve"> </w:t>
      </w:r>
      <w:proofErr w:type="spellStart"/>
      <w:r w:rsidRPr="0012488F">
        <w:rPr>
          <w:sz w:val="24"/>
          <w:szCs w:val="24"/>
        </w:rPr>
        <w:t>Koçman</w:t>
      </w:r>
      <w:proofErr w:type="spellEnd"/>
      <w:r w:rsidRPr="0012488F">
        <w:rPr>
          <w:sz w:val="24"/>
          <w:szCs w:val="24"/>
        </w:rPr>
        <w:t xml:space="preserve"> University’s Regulations on Associate and Undergraduate Education and Examination, I would like to take the single-course examination for the course listed below, following the end of the Spring Semester of the 2020–2021 academic year.</w:t>
      </w:r>
    </w:p>
    <w:p w:rsidR="0012488F" w:rsidRPr="0012488F" w:rsidRDefault="0012488F" w:rsidP="0012488F">
      <w:pPr>
        <w:spacing w:after="480"/>
        <w:rPr>
          <w:sz w:val="24"/>
          <w:szCs w:val="24"/>
        </w:rPr>
      </w:pPr>
    </w:p>
    <w:p w:rsidR="004F4E92" w:rsidRDefault="0012488F" w:rsidP="0012488F">
      <w:pPr>
        <w:spacing w:after="480"/>
        <w:rPr>
          <w:sz w:val="24"/>
          <w:szCs w:val="24"/>
        </w:rPr>
      </w:pPr>
      <w:r w:rsidRPr="0012488F">
        <w:rPr>
          <w:sz w:val="24"/>
          <w:szCs w:val="24"/>
        </w:rPr>
        <w:t>I respectfully request that the necessary action be taken.</w:t>
      </w:r>
    </w:p>
    <w:p w:rsidR="004F4E92" w:rsidRDefault="0012488F" w:rsidP="004F4E92">
      <w:pPr>
        <w:spacing w:after="480"/>
        <w:jc w:val="right"/>
        <w:rPr>
          <w:sz w:val="24"/>
          <w:szCs w:val="24"/>
        </w:rPr>
      </w:pPr>
      <w:r w:rsidRPr="0012488F">
        <w:rPr>
          <w:sz w:val="24"/>
          <w:szCs w:val="24"/>
        </w:rPr>
        <w:t>Date: ____ / ____ / 2021</w:t>
      </w:r>
    </w:p>
    <w:p w:rsidR="000228D3" w:rsidRPr="0012488F" w:rsidRDefault="009E74EE">
      <w:pPr>
        <w:spacing w:after="240"/>
        <w:rPr>
          <w:sz w:val="24"/>
          <w:szCs w:val="24"/>
        </w:rPr>
      </w:pPr>
      <w:r w:rsidRPr="0012488F">
        <w:rPr>
          <w:sz w:val="24"/>
          <w:szCs w:val="24"/>
        </w:rPr>
        <w:t>Full Name: __________________________________________</w:t>
      </w:r>
    </w:p>
    <w:p w:rsidR="000228D3" w:rsidRPr="0012488F" w:rsidRDefault="009E74EE">
      <w:pPr>
        <w:spacing w:after="240"/>
        <w:rPr>
          <w:sz w:val="24"/>
          <w:szCs w:val="24"/>
        </w:rPr>
      </w:pPr>
      <w:r w:rsidRPr="0012488F">
        <w:rPr>
          <w:sz w:val="24"/>
          <w:szCs w:val="24"/>
        </w:rPr>
        <w:t>Address: _____________________________________________</w:t>
      </w:r>
    </w:p>
    <w:p w:rsidR="000228D3" w:rsidRPr="0012488F" w:rsidRDefault="009E74EE">
      <w:pPr>
        <w:rPr>
          <w:sz w:val="24"/>
          <w:szCs w:val="24"/>
        </w:rPr>
      </w:pPr>
      <w:r w:rsidRPr="0012488F">
        <w:rPr>
          <w:sz w:val="24"/>
          <w:szCs w:val="24"/>
        </w:rPr>
        <w:t>Telephone: ___________________________________________</w:t>
      </w:r>
    </w:p>
    <w:p w:rsidR="000228D3" w:rsidRPr="0012488F" w:rsidRDefault="000228D3">
      <w:pPr>
        <w:rPr>
          <w:sz w:val="24"/>
          <w:szCs w:val="24"/>
        </w:rPr>
      </w:pPr>
    </w:p>
    <w:p w:rsidR="000228D3" w:rsidRPr="0012488F" w:rsidRDefault="000228D3">
      <w:pPr>
        <w:rPr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3827"/>
        <w:gridCol w:w="3838"/>
      </w:tblGrid>
      <w:tr w:rsidR="000228D3" w:rsidRPr="0012488F" w:rsidTr="004F4E92">
        <w:trPr>
          <w:jc w:val="center"/>
        </w:trPr>
        <w:tc>
          <w:tcPr>
            <w:tcW w:w="2127" w:type="dxa"/>
            <w:vAlign w:val="center"/>
          </w:tcPr>
          <w:p w:rsidR="000228D3" w:rsidRPr="0012488F" w:rsidRDefault="009E74EE">
            <w:pPr>
              <w:jc w:val="center"/>
              <w:rPr>
                <w:sz w:val="24"/>
                <w:szCs w:val="24"/>
              </w:rPr>
            </w:pPr>
            <w:r w:rsidRPr="0012488F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827" w:type="dxa"/>
            <w:vAlign w:val="center"/>
          </w:tcPr>
          <w:p w:rsidR="000228D3" w:rsidRPr="0012488F" w:rsidRDefault="009E74EE">
            <w:pPr>
              <w:jc w:val="center"/>
              <w:rPr>
                <w:sz w:val="24"/>
                <w:szCs w:val="24"/>
              </w:rPr>
            </w:pPr>
            <w:r w:rsidRPr="0012488F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838" w:type="dxa"/>
            <w:vAlign w:val="center"/>
          </w:tcPr>
          <w:p w:rsidR="000228D3" w:rsidRPr="0012488F" w:rsidRDefault="009E74EE">
            <w:pPr>
              <w:jc w:val="center"/>
              <w:rPr>
                <w:sz w:val="24"/>
                <w:szCs w:val="24"/>
              </w:rPr>
            </w:pPr>
            <w:r w:rsidRPr="0012488F">
              <w:rPr>
                <w:b/>
                <w:sz w:val="24"/>
                <w:szCs w:val="24"/>
              </w:rPr>
              <w:t>COURSE INSTRUCTOR</w:t>
            </w:r>
          </w:p>
        </w:tc>
      </w:tr>
      <w:tr w:rsidR="000228D3" w:rsidRPr="0012488F" w:rsidTr="004F4E92">
        <w:trPr>
          <w:jc w:val="center"/>
        </w:trPr>
        <w:tc>
          <w:tcPr>
            <w:tcW w:w="2127" w:type="dxa"/>
            <w:vAlign w:val="center"/>
          </w:tcPr>
          <w:p w:rsidR="000228D3" w:rsidRPr="0012488F" w:rsidRDefault="009E74EE">
            <w:pPr>
              <w:rPr>
                <w:sz w:val="24"/>
                <w:szCs w:val="24"/>
              </w:rPr>
            </w:pPr>
            <w:r w:rsidRPr="001248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0228D3" w:rsidRPr="0012488F" w:rsidRDefault="009E74EE">
            <w:pPr>
              <w:rPr>
                <w:sz w:val="24"/>
                <w:szCs w:val="24"/>
              </w:rPr>
            </w:pPr>
            <w:r w:rsidRPr="001248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38" w:type="dxa"/>
            <w:vAlign w:val="center"/>
          </w:tcPr>
          <w:p w:rsidR="000228D3" w:rsidRPr="0012488F" w:rsidRDefault="009E74EE">
            <w:pPr>
              <w:rPr>
                <w:sz w:val="24"/>
                <w:szCs w:val="24"/>
              </w:rPr>
            </w:pPr>
            <w:r w:rsidRPr="0012488F">
              <w:rPr>
                <w:sz w:val="24"/>
                <w:szCs w:val="24"/>
              </w:rPr>
              <w:t xml:space="preserve"> </w:t>
            </w:r>
          </w:p>
        </w:tc>
      </w:tr>
    </w:tbl>
    <w:p w:rsidR="000228D3" w:rsidRPr="0012488F" w:rsidRDefault="000228D3">
      <w:pPr>
        <w:rPr>
          <w:sz w:val="24"/>
          <w:szCs w:val="24"/>
        </w:rPr>
      </w:pPr>
    </w:p>
    <w:p w:rsidR="00046282" w:rsidRDefault="00046282">
      <w:pPr>
        <w:jc w:val="center"/>
        <w:rPr>
          <w:sz w:val="24"/>
          <w:szCs w:val="24"/>
        </w:rPr>
      </w:pPr>
      <w:r w:rsidRPr="00046282">
        <w:rPr>
          <w:sz w:val="24"/>
          <w:szCs w:val="24"/>
        </w:rPr>
        <w:t xml:space="preserve">In Accordance </w:t>
      </w:r>
      <w:r>
        <w:rPr>
          <w:sz w:val="24"/>
          <w:szCs w:val="24"/>
        </w:rPr>
        <w:t>w</w:t>
      </w:r>
      <w:r w:rsidRPr="00046282">
        <w:rPr>
          <w:sz w:val="24"/>
          <w:szCs w:val="24"/>
        </w:rPr>
        <w:t xml:space="preserve">ith </w:t>
      </w:r>
      <w:proofErr w:type="spellStart"/>
      <w:r w:rsidRPr="00046282">
        <w:rPr>
          <w:sz w:val="24"/>
          <w:szCs w:val="24"/>
        </w:rPr>
        <w:t>Muğla</w:t>
      </w:r>
      <w:proofErr w:type="spellEnd"/>
      <w:r w:rsidRPr="00046282">
        <w:rPr>
          <w:sz w:val="24"/>
          <w:szCs w:val="24"/>
        </w:rPr>
        <w:t xml:space="preserve"> </w:t>
      </w:r>
      <w:proofErr w:type="spellStart"/>
      <w:r w:rsidRPr="00046282">
        <w:rPr>
          <w:sz w:val="24"/>
          <w:szCs w:val="24"/>
        </w:rPr>
        <w:t>Sıtkı</w:t>
      </w:r>
      <w:proofErr w:type="spellEnd"/>
      <w:r w:rsidRPr="00046282">
        <w:rPr>
          <w:sz w:val="24"/>
          <w:szCs w:val="24"/>
        </w:rPr>
        <w:t xml:space="preserve"> </w:t>
      </w:r>
      <w:proofErr w:type="spellStart"/>
      <w:r w:rsidRPr="00046282">
        <w:rPr>
          <w:sz w:val="24"/>
          <w:szCs w:val="24"/>
        </w:rPr>
        <w:t>Koçman</w:t>
      </w:r>
      <w:proofErr w:type="spellEnd"/>
      <w:r w:rsidRPr="00046282">
        <w:rPr>
          <w:sz w:val="24"/>
          <w:szCs w:val="24"/>
        </w:rPr>
        <w:t xml:space="preserve"> University’s Regulations on Associate and Undergraduate Education and </w:t>
      </w:r>
      <w:proofErr w:type="spellStart"/>
      <w:r w:rsidRPr="00046282">
        <w:rPr>
          <w:sz w:val="24"/>
          <w:szCs w:val="24"/>
        </w:rPr>
        <w:t>Examinations</w:t>
      </w:r>
    </w:p>
    <w:p w:rsidR="000228D3" w:rsidRPr="004F4E92" w:rsidRDefault="004F4E92">
      <w:pPr>
        <w:jc w:val="center"/>
        <w:rPr>
          <w:sz w:val="24"/>
          <w:szCs w:val="24"/>
        </w:rPr>
      </w:pPr>
      <w:r w:rsidRPr="004F4E92">
        <w:rPr>
          <w:sz w:val="24"/>
          <w:szCs w:val="24"/>
        </w:rPr>
        <w:t>APPROVE</w:t>
      </w:r>
      <w:proofErr w:type="spellEnd"/>
      <w:r w:rsidRPr="004F4E92">
        <w:rPr>
          <w:sz w:val="24"/>
          <w:szCs w:val="24"/>
        </w:rPr>
        <w:t xml:space="preserve">D </w:t>
      </w:r>
      <w:bookmarkStart w:id="0" w:name="_GoBack"/>
      <w:bookmarkEnd w:id="0"/>
    </w:p>
    <w:p w:rsidR="000228D3" w:rsidRPr="0012488F" w:rsidRDefault="009E74EE">
      <w:pPr>
        <w:jc w:val="center"/>
        <w:rPr>
          <w:sz w:val="24"/>
          <w:szCs w:val="24"/>
        </w:rPr>
      </w:pPr>
      <w:r w:rsidRPr="0012488F">
        <w:rPr>
          <w:sz w:val="24"/>
          <w:szCs w:val="24"/>
        </w:rPr>
        <w:t>Date: ____ / ____ / 2021</w:t>
      </w:r>
    </w:p>
    <w:p w:rsidR="000228D3" w:rsidRPr="0012488F" w:rsidRDefault="000228D3">
      <w:pPr>
        <w:rPr>
          <w:sz w:val="24"/>
          <w:szCs w:val="24"/>
        </w:rPr>
      </w:pPr>
    </w:p>
    <w:p w:rsidR="000228D3" w:rsidRPr="0012488F" w:rsidRDefault="000228D3">
      <w:pPr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0228D3" w:rsidRPr="0012488F">
        <w:trPr>
          <w:jc w:val="center"/>
        </w:trPr>
        <w:tc>
          <w:tcPr>
            <w:tcW w:w="4896" w:type="dxa"/>
            <w:vAlign w:val="center"/>
          </w:tcPr>
          <w:p w:rsidR="000228D3" w:rsidRPr="0012488F" w:rsidRDefault="004F4E92">
            <w:pPr>
              <w:jc w:val="center"/>
              <w:rPr>
                <w:sz w:val="24"/>
                <w:szCs w:val="24"/>
              </w:rPr>
            </w:pPr>
            <w:r w:rsidRPr="0012488F">
              <w:rPr>
                <w:b/>
                <w:sz w:val="24"/>
                <w:szCs w:val="24"/>
              </w:rPr>
              <w:t>Academic Advisor</w:t>
            </w:r>
          </w:p>
        </w:tc>
        <w:tc>
          <w:tcPr>
            <w:tcW w:w="4896" w:type="dxa"/>
            <w:vAlign w:val="center"/>
          </w:tcPr>
          <w:p w:rsidR="000228D3" w:rsidRPr="0012488F" w:rsidRDefault="00B1260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Head of the Department</w:t>
            </w:r>
          </w:p>
        </w:tc>
      </w:tr>
    </w:tbl>
    <w:p w:rsidR="009E74EE" w:rsidRPr="0012488F" w:rsidRDefault="009E74EE">
      <w:pPr>
        <w:rPr>
          <w:sz w:val="24"/>
          <w:szCs w:val="24"/>
        </w:rPr>
      </w:pPr>
    </w:p>
    <w:sectPr w:rsidR="009E74EE" w:rsidRPr="0012488F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8D3"/>
    <w:rsid w:val="00034616"/>
    <w:rsid w:val="00046282"/>
    <w:rsid w:val="0006063C"/>
    <w:rsid w:val="0012488F"/>
    <w:rsid w:val="0015074B"/>
    <w:rsid w:val="0029639D"/>
    <w:rsid w:val="00326F90"/>
    <w:rsid w:val="004F4E92"/>
    <w:rsid w:val="0073623D"/>
    <w:rsid w:val="009E74EE"/>
    <w:rsid w:val="00AA1D8D"/>
    <w:rsid w:val="00B1260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9B92F7"/>
  <w14:defaultImageDpi w14:val="300"/>
  <w15:docId w15:val="{021569F1-67F1-4674-BCE8-2C2D0CD3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8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D9831E-9062-4133-A7D7-68DD66C47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Casper</cp:lastModifiedBy>
  <cp:revision>6</cp:revision>
  <dcterms:created xsi:type="dcterms:W3CDTF">2013-12-23T23:15:00Z</dcterms:created>
  <dcterms:modified xsi:type="dcterms:W3CDTF">2026-10-16T12:54:00Z</dcterms:modified>
  <cp:category/>
</cp:coreProperties>
</file>